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7FD03" w14:textId="77777777" w:rsidR="00472788" w:rsidRPr="00D3270D" w:rsidRDefault="00A40DD6" w:rsidP="007E25DF">
      <w:pPr>
        <w:pStyle w:val="Cmsor1"/>
        <w:spacing w:before="0" w:line="240" w:lineRule="auto"/>
        <w:rPr>
          <w:rFonts w:ascii="Times New Roman" w:hAnsi="Times New Roman" w:cs="Times New Roman"/>
          <w:color w:val="auto"/>
        </w:rPr>
      </w:pPr>
      <w:r w:rsidRPr="00D3270D">
        <w:rPr>
          <w:rFonts w:ascii="Times New Roman" w:hAnsi="Times New Roman" w:cs="Times New Roman"/>
          <w:color w:val="auto"/>
        </w:rPr>
        <w:t>PÁLYÁZATI ADATLAP</w:t>
      </w:r>
    </w:p>
    <w:p w14:paraId="1B2422FD" w14:textId="77777777" w:rsidR="00D3270D" w:rsidRPr="00680F92" w:rsidRDefault="00D3270D" w:rsidP="00EF68B2">
      <w:pPr>
        <w:spacing w:after="0" w:line="240" w:lineRule="auto"/>
        <w:rPr>
          <w:rFonts w:cs="Times New Roman"/>
          <w:sz w:val="16"/>
          <w:szCs w:val="16"/>
        </w:rPr>
      </w:pPr>
    </w:p>
    <w:p w14:paraId="1B520B13" w14:textId="662456D5" w:rsidR="00472788" w:rsidRPr="00CB32AB" w:rsidRDefault="00A40DD6" w:rsidP="00DF427A">
      <w:pPr>
        <w:spacing w:after="0" w:line="360" w:lineRule="auto"/>
        <w:rPr>
          <w:rFonts w:cs="Times New Roman"/>
          <w:lang w:val="hu-HU"/>
        </w:rPr>
      </w:pPr>
      <w:r w:rsidRPr="00CB32AB">
        <w:rPr>
          <w:rFonts w:cs="Times New Roman"/>
          <w:lang w:val="hu-HU"/>
        </w:rPr>
        <w:t>Pályázó neve: ________________________________________________</w:t>
      </w:r>
    </w:p>
    <w:p w14:paraId="357F871C" w14:textId="77777777" w:rsidR="00472788" w:rsidRPr="00CB32AB" w:rsidRDefault="00A40DD6" w:rsidP="00DF427A">
      <w:pPr>
        <w:spacing w:after="0" w:line="360" w:lineRule="auto"/>
        <w:rPr>
          <w:rFonts w:cs="Times New Roman"/>
          <w:lang w:val="hu-HU"/>
        </w:rPr>
      </w:pPr>
      <w:r w:rsidRPr="00CB32AB">
        <w:rPr>
          <w:rFonts w:cs="Times New Roman"/>
          <w:lang w:val="hu-HU"/>
        </w:rPr>
        <w:t>Születési hely, idő: _________________________________________</w:t>
      </w:r>
    </w:p>
    <w:p w14:paraId="786F0147" w14:textId="77777777" w:rsidR="00472788" w:rsidRPr="00CB32AB" w:rsidRDefault="00A40DD6" w:rsidP="00DF427A">
      <w:pPr>
        <w:spacing w:after="0" w:line="360" w:lineRule="auto"/>
        <w:rPr>
          <w:rFonts w:cs="Times New Roman"/>
          <w:lang w:val="hu-HU"/>
        </w:rPr>
      </w:pPr>
      <w:r w:rsidRPr="00CB32AB">
        <w:rPr>
          <w:rFonts w:cs="Times New Roman"/>
          <w:lang w:val="hu-HU"/>
        </w:rPr>
        <w:t>Lakcím: _____________________________________________________</w:t>
      </w:r>
    </w:p>
    <w:p w14:paraId="55910544" w14:textId="77777777" w:rsidR="00472788" w:rsidRPr="00CB32AB" w:rsidRDefault="00A40DD6" w:rsidP="00DF427A">
      <w:pPr>
        <w:spacing w:after="0" w:line="360" w:lineRule="auto"/>
        <w:rPr>
          <w:rFonts w:cs="Times New Roman"/>
          <w:lang w:val="hu-HU"/>
        </w:rPr>
      </w:pPr>
      <w:r w:rsidRPr="00CB32AB">
        <w:rPr>
          <w:rFonts w:cs="Times New Roman"/>
          <w:lang w:val="hu-HU"/>
        </w:rPr>
        <w:t>Telefonszám: ________________________________________________</w:t>
      </w:r>
    </w:p>
    <w:p w14:paraId="3783E0F0" w14:textId="77777777" w:rsidR="00472788" w:rsidRPr="00CB32AB" w:rsidRDefault="00A40DD6" w:rsidP="00DF427A">
      <w:pPr>
        <w:spacing w:after="0" w:line="360" w:lineRule="auto"/>
        <w:rPr>
          <w:rFonts w:cs="Times New Roman"/>
          <w:lang w:val="hu-HU"/>
        </w:rPr>
      </w:pPr>
      <w:r w:rsidRPr="00CB32AB">
        <w:rPr>
          <w:rFonts w:cs="Times New Roman"/>
          <w:lang w:val="hu-HU"/>
        </w:rPr>
        <w:t>E-mail cím: _________________________________________________</w:t>
      </w:r>
    </w:p>
    <w:p w14:paraId="0BC22F6A" w14:textId="5AA90B0E" w:rsidR="00D3270D" w:rsidRPr="00CB32AB" w:rsidRDefault="00A40DD6" w:rsidP="00DF427A">
      <w:pPr>
        <w:spacing w:after="0" w:line="360" w:lineRule="auto"/>
        <w:rPr>
          <w:rFonts w:cs="Times New Roman"/>
          <w:lang w:val="hu-HU"/>
        </w:rPr>
      </w:pPr>
      <w:r w:rsidRPr="00CB32AB">
        <w:rPr>
          <w:rFonts w:cs="Times New Roman"/>
          <w:lang w:val="hu-HU"/>
        </w:rPr>
        <w:t>Pályázott ingatlan hrsz.: ___________________________________</w:t>
      </w:r>
    </w:p>
    <w:p w14:paraId="221A046F" w14:textId="77777777" w:rsidR="00D3270D" w:rsidRPr="00680F92" w:rsidRDefault="00D3270D" w:rsidP="00DF427A">
      <w:pPr>
        <w:spacing w:after="0" w:line="360" w:lineRule="auto"/>
        <w:rPr>
          <w:rFonts w:cs="Times New Roman"/>
          <w:sz w:val="16"/>
          <w:szCs w:val="16"/>
          <w:lang w:val="hu-HU"/>
        </w:rPr>
      </w:pPr>
    </w:p>
    <w:p w14:paraId="4CF45423" w14:textId="5F9619AD" w:rsidR="00472788" w:rsidRPr="00CB32AB" w:rsidRDefault="00A40DD6" w:rsidP="00D3270D">
      <w:pPr>
        <w:pStyle w:val="Cmsor2"/>
        <w:spacing w:before="0"/>
        <w:rPr>
          <w:rFonts w:ascii="Times New Roman" w:hAnsi="Times New Roman" w:cs="Times New Roman"/>
          <w:color w:val="auto"/>
          <w:lang w:val="hu-HU"/>
        </w:rPr>
      </w:pPr>
      <w:r w:rsidRPr="00CB32AB">
        <w:rPr>
          <w:rFonts w:ascii="Times New Roman" w:hAnsi="Times New Roman" w:cs="Times New Roman"/>
          <w:color w:val="auto"/>
          <w:lang w:val="hu-HU"/>
        </w:rPr>
        <w:t>Pályázati kategória</w:t>
      </w:r>
    </w:p>
    <w:p w14:paraId="544CABEA" w14:textId="0877B745" w:rsidR="00472788" w:rsidRPr="00CB32AB" w:rsidRDefault="00A40DD6" w:rsidP="008B0A82">
      <w:pPr>
        <w:spacing w:before="120" w:after="0" w:line="240" w:lineRule="auto"/>
        <w:rPr>
          <w:rFonts w:cs="Times New Roman"/>
          <w:lang w:val="hu-HU"/>
        </w:rPr>
      </w:pPr>
      <w:r w:rsidRPr="00CB32AB">
        <w:rPr>
          <w:rFonts w:cs="Times New Roman"/>
          <w:lang w:val="hu-HU"/>
        </w:rPr>
        <w:t>□ Kedvezményes kategória (</w:t>
      </w:r>
      <w:r w:rsidR="00C972D3">
        <w:rPr>
          <w:rFonts w:cs="Times New Roman"/>
          <w:lang w:val="hu-HU"/>
        </w:rPr>
        <w:t>………..</w:t>
      </w:r>
      <w:r w:rsidRPr="00CB32AB">
        <w:rPr>
          <w:rFonts w:cs="Times New Roman"/>
          <w:lang w:val="hu-HU"/>
        </w:rPr>
        <w:t xml:space="preserve"> Ft</w:t>
      </w:r>
      <w:r w:rsidR="00F13A45">
        <w:rPr>
          <w:rFonts w:cs="Times New Roman"/>
          <w:lang w:val="hu-HU"/>
        </w:rPr>
        <w:t>, mely tartalmazza az Áfát)</w:t>
      </w:r>
      <w:r w:rsidRPr="00CB32AB">
        <w:rPr>
          <w:rFonts w:cs="Times New Roman"/>
          <w:lang w:val="hu-HU"/>
        </w:rPr>
        <w:t>)</w:t>
      </w:r>
    </w:p>
    <w:p w14:paraId="1C6C0AC0" w14:textId="28220FC2" w:rsidR="00472788" w:rsidRDefault="00A40DD6" w:rsidP="008B0A82">
      <w:pPr>
        <w:spacing w:before="120" w:after="0"/>
        <w:rPr>
          <w:rFonts w:cs="Times New Roman"/>
          <w:lang w:val="hu-HU"/>
        </w:rPr>
      </w:pPr>
      <w:r w:rsidRPr="00CB32AB">
        <w:rPr>
          <w:rFonts w:cs="Times New Roman"/>
          <w:lang w:val="hu-HU"/>
        </w:rPr>
        <w:t>□ Piaci kategória (</w:t>
      </w:r>
      <w:r w:rsidR="00C972D3">
        <w:rPr>
          <w:rFonts w:cs="Times New Roman"/>
          <w:lang w:val="hu-HU"/>
        </w:rPr>
        <w:t>…</w:t>
      </w:r>
      <w:proofErr w:type="gramStart"/>
      <w:r w:rsidR="00C972D3">
        <w:rPr>
          <w:rFonts w:cs="Times New Roman"/>
          <w:lang w:val="hu-HU"/>
        </w:rPr>
        <w:t>…….</w:t>
      </w:r>
      <w:proofErr w:type="gramEnd"/>
      <w:r w:rsidR="00C972D3">
        <w:rPr>
          <w:rFonts w:cs="Times New Roman"/>
          <w:lang w:val="hu-HU"/>
        </w:rPr>
        <w:t>.</w:t>
      </w:r>
      <w:r w:rsidRPr="00CB32AB">
        <w:rPr>
          <w:rFonts w:cs="Times New Roman"/>
          <w:lang w:val="hu-HU"/>
        </w:rPr>
        <w:t xml:space="preserve"> Ft</w:t>
      </w:r>
      <w:r w:rsidR="00F13A45">
        <w:rPr>
          <w:rFonts w:cs="Times New Roman"/>
          <w:lang w:val="hu-HU"/>
        </w:rPr>
        <w:t>, mely tartalmazza az Áfát</w:t>
      </w:r>
      <w:r w:rsidRPr="00CB32AB">
        <w:rPr>
          <w:rFonts w:cs="Times New Roman"/>
          <w:lang w:val="hu-HU"/>
        </w:rPr>
        <w:t>)</w:t>
      </w:r>
    </w:p>
    <w:p w14:paraId="253E17AF" w14:textId="77777777" w:rsidR="008B0A82" w:rsidRPr="008B0A82" w:rsidRDefault="008B0A82" w:rsidP="008B0A82">
      <w:pPr>
        <w:spacing w:after="0" w:line="360" w:lineRule="auto"/>
        <w:rPr>
          <w:rFonts w:cs="Times New Roman"/>
          <w:sz w:val="16"/>
          <w:szCs w:val="16"/>
          <w:lang w:val="hu-HU"/>
        </w:rPr>
      </w:pPr>
    </w:p>
    <w:p w14:paraId="5D9AD970" w14:textId="77777777" w:rsidR="00CB32AB" w:rsidRPr="00CB32AB" w:rsidRDefault="00A40DD6" w:rsidP="00CB32AB">
      <w:pPr>
        <w:pStyle w:val="Cmsor2"/>
        <w:rPr>
          <w:rFonts w:ascii="Times New Roman" w:hAnsi="Times New Roman" w:cs="Times New Roman"/>
          <w:color w:val="auto"/>
          <w:lang w:val="hu-HU"/>
        </w:rPr>
      </w:pPr>
      <w:r w:rsidRPr="00CB32AB">
        <w:rPr>
          <w:rFonts w:ascii="Times New Roman" w:hAnsi="Times New Roman" w:cs="Times New Roman"/>
          <w:color w:val="auto"/>
          <w:lang w:val="hu-HU"/>
        </w:rPr>
        <w:t>Rövid bemutatkozás</w:t>
      </w:r>
    </w:p>
    <w:p w14:paraId="6A578619" w14:textId="191F1ABD" w:rsidR="00D3270D" w:rsidRPr="00CB32AB" w:rsidRDefault="00D3270D" w:rsidP="00CB32AB">
      <w:pPr>
        <w:spacing w:line="240" w:lineRule="auto"/>
        <w:rPr>
          <w:rFonts w:cs="Times New Roman"/>
          <w:b/>
          <w:bCs/>
          <w:lang w:val="hu-HU"/>
        </w:rPr>
      </w:pPr>
      <w:r w:rsidRPr="00CB32AB">
        <w:rPr>
          <w:rFonts w:cs="Times New Roman"/>
          <w:szCs w:val="24"/>
          <w:lang w:val="hu-HU"/>
        </w:rPr>
        <w:t>(kedvezményes</w:t>
      </w:r>
      <w:r w:rsidRPr="00CB32AB">
        <w:rPr>
          <w:rFonts w:cs="Times New Roman"/>
          <w:lang w:val="hu-HU"/>
        </w:rPr>
        <w:t xml:space="preserve"> kategória megjelölése esetén kötelezően kitöltendő</w:t>
      </w:r>
      <w:r w:rsidR="00CB32AB" w:rsidRPr="00CB32AB">
        <w:rPr>
          <w:rFonts w:cs="Times New Roman"/>
          <w:lang w:val="hu-HU"/>
        </w:rPr>
        <w:t>!</w:t>
      </w:r>
      <w:r w:rsidR="00537CB3">
        <w:rPr>
          <w:rFonts w:cs="Times New Roman"/>
          <w:lang w:val="hu-HU"/>
        </w:rPr>
        <w:t xml:space="preserve"> </w:t>
      </w:r>
      <w:r w:rsidR="00537CB3" w:rsidRPr="008B0A82">
        <w:rPr>
          <w:rFonts w:cs="Times New Roman"/>
          <w:lang w:val="hu-HU"/>
        </w:rPr>
        <w:t>Szükség esetén bővíthető</w:t>
      </w:r>
      <w:r w:rsidRPr="00CB32AB">
        <w:rPr>
          <w:rFonts w:cs="Times New Roman"/>
          <w:lang w:val="hu-HU"/>
        </w:rPr>
        <w:t>)</w:t>
      </w:r>
    </w:p>
    <w:p w14:paraId="2B2173F1" w14:textId="2984E525" w:rsidR="00472788" w:rsidRPr="00D3270D" w:rsidRDefault="00A40DD6" w:rsidP="00CB32AB">
      <w:pPr>
        <w:spacing w:line="240" w:lineRule="auto"/>
        <w:rPr>
          <w:rFonts w:cs="Times New Roman"/>
          <w:b/>
          <w:bCs/>
        </w:rPr>
      </w:pPr>
      <w:r w:rsidRPr="00CB32AB">
        <w:rPr>
          <w:rFonts w:cs="Times New Roman"/>
          <w:szCs w:val="24"/>
          <w:lang w:val="hu-HU"/>
        </w:rPr>
        <w:t>Kérjük röviden mutassa be családi helyzetét, helyi kötődését és jövőbeni terveit:</w:t>
      </w:r>
      <w:r w:rsidRPr="00CB32AB">
        <w:rPr>
          <w:rFonts w:cs="Times New Roman"/>
          <w:lang w:val="hu-HU"/>
        </w:rPr>
        <w:br/>
      </w:r>
      <w:r w:rsidRPr="00D3270D">
        <w:rPr>
          <w:rFonts w:cs="Times New Roman"/>
        </w:rPr>
        <w:br/>
        <w:t>__________________________________________________________________</w:t>
      </w:r>
      <w:r w:rsidRPr="00D3270D">
        <w:rPr>
          <w:rFonts w:cs="Times New Roman"/>
        </w:rPr>
        <w:br/>
      </w:r>
      <w:r w:rsidRPr="00D3270D">
        <w:rPr>
          <w:rFonts w:cs="Times New Roman"/>
        </w:rPr>
        <w:br/>
        <w:t>__________________________________________________________________</w:t>
      </w:r>
      <w:r w:rsidRPr="00D3270D">
        <w:rPr>
          <w:rFonts w:cs="Times New Roman"/>
        </w:rPr>
        <w:br/>
      </w:r>
      <w:r w:rsidRPr="00D3270D">
        <w:rPr>
          <w:rFonts w:cs="Times New Roman"/>
        </w:rPr>
        <w:br/>
        <w:t>__________________________________________________________________</w:t>
      </w:r>
    </w:p>
    <w:p w14:paraId="7FCD609D" w14:textId="77777777" w:rsidR="00D3270D" w:rsidRPr="00680F92" w:rsidRDefault="00D3270D" w:rsidP="00EF68B2">
      <w:pPr>
        <w:spacing w:after="0" w:line="240" w:lineRule="auto"/>
        <w:rPr>
          <w:rFonts w:cs="Times New Roman"/>
          <w:sz w:val="16"/>
          <w:szCs w:val="16"/>
        </w:rPr>
      </w:pPr>
    </w:p>
    <w:p w14:paraId="3D69B759" w14:textId="75FCD6E7" w:rsidR="00472788" w:rsidRPr="00CB32AB" w:rsidRDefault="00A40DD6" w:rsidP="00537CB3">
      <w:pPr>
        <w:pStyle w:val="Cmsor2"/>
        <w:spacing w:before="0" w:after="120" w:line="240" w:lineRule="auto"/>
        <w:rPr>
          <w:rFonts w:ascii="Times New Roman" w:hAnsi="Times New Roman" w:cs="Times New Roman"/>
          <w:color w:val="auto"/>
          <w:lang w:val="hu-HU"/>
        </w:rPr>
      </w:pPr>
      <w:r w:rsidRPr="00CB32AB">
        <w:rPr>
          <w:rFonts w:ascii="Times New Roman" w:hAnsi="Times New Roman" w:cs="Times New Roman"/>
          <w:color w:val="auto"/>
          <w:lang w:val="hu-HU"/>
        </w:rPr>
        <w:t>Nyilatkozatok</w:t>
      </w:r>
    </w:p>
    <w:p w14:paraId="67034428" w14:textId="32777AC5" w:rsidR="00CB32AB" w:rsidRPr="00CB32AB" w:rsidRDefault="00A40DD6" w:rsidP="00CB32AB">
      <w:pPr>
        <w:spacing w:after="60" w:line="240" w:lineRule="auto"/>
        <w:rPr>
          <w:rFonts w:cs="Times New Roman"/>
          <w:lang w:val="hu-HU"/>
        </w:rPr>
      </w:pPr>
      <w:r w:rsidRPr="00CB32AB">
        <w:rPr>
          <w:rFonts w:cs="Times New Roman"/>
          <w:b/>
          <w:lang w:val="hu-HU"/>
        </w:rPr>
        <w:t>Nyilatkozom,</w:t>
      </w:r>
      <w:r w:rsidR="00CB32AB" w:rsidRPr="00CB32AB">
        <w:rPr>
          <w:rFonts w:cs="Times New Roman"/>
          <w:b/>
          <w:lang w:val="hu-HU"/>
        </w:rPr>
        <w:t xml:space="preserve"> </w:t>
      </w:r>
      <w:r w:rsidR="00CB32AB" w:rsidRPr="00CB32AB">
        <w:rPr>
          <w:rFonts w:cs="Times New Roman"/>
          <w:lang w:val="hu-HU"/>
        </w:rPr>
        <w:t>hogy</w:t>
      </w:r>
    </w:p>
    <w:p w14:paraId="2E490ECB" w14:textId="184D3C52" w:rsidR="00CB32AB" w:rsidRPr="00CB32AB" w:rsidRDefault="00CB32AB" w:rsidP="008B0A82">
      <w:pPr>
        <w:pStyle w:val="Listaszerbekezds"/>
        <w:numPr>
          <w:ilvl w:val="0"/>
          <w:numId w:val="10"/>
        </w:numPr>
        <w:spacing w:before="120" w:after="60" w:line="240" w:lineRule="auto"/>
        <w:ind w:left="284" w:hanging="142"/>
        <w:contextualSpacing w:val="0"/>
        <w:jc w:val="both"/>
        <w:rPr>
          <w:rFonts w:cs="Times New Roman"/>
          <w:lang w:val="hu-HU"/>
        </w:rPr>
      </w:pPr>
      <w:r w:rsidRPr="00CB32AB">
        <w:rPr>
          <w:rFonts w:cs="Times New Roman"/>
          <w:lang w:val="hu-HU"/>
        </w:rPr>
        <w:t xml:space="preserve">a pályázati </w:t>
      </w:r>
      <w:r w:rsidR="008B0A82">
        <w:rPr>
          <w:rFonts w:cs="Times New Roman"/>
          <w:lang w:val="hu-HU"/>
        </w:rPr>
        <w:t xml:space="preserve">felhívásban foglalt </w:t>
      </w:r>
      <w:r>
        <w:rPr>
          <w:rFonts w:cs="Times New Roman"/>
          <w:lang w:val="hu-HU"/>
        </w:rPr>
        <w:t>feltételeket elfogadom,</w:t>
      </w:r>
    </w:p>
    <w:p w14:paraId="4C1F13EE" w14:textId="066F89F7" w:rsidR="00CB32AB" w:rsidRPr="00CB32AB" w:rsidRDefault="00CB32AB" w:rsidP="00680F92">
      <w:pPr>
        <w:pStyle w:val="Listaszerbekezds"/>
        <w:numPr>
          <w:ilvl w:val="0"/>
          <w:numId w:val="10"/>
        </w:numPr>
        <w:spacing w:before="60" w:after="60" w:line="240" w:lineRule="auto"/>
        <w:ind w:left="284" w:hanging="142"/>
        <w:contextualSpacing w:val="0"/>
        <w:jc w:val="both"/>
        <w:rPr>
          <w:rFonts w:cs="Times New Roman"/>
          <w:lang w:val="hu-HU"/>
        </w:rPr>
      </w:pPr>
      <w:r w:rsidRPr="00CB32AB">
        <w:rPr>
          <w:rFonts w:cs="Times New Roman"/>
          <w:lang w:val="hu-HU"/>
        </w:rPr>
        <w:t>az ingatlan és környezete állapotát megismertem,</w:t>
      </w:r>
    </w:p>
    <w:p w14:paraId="512A386B" w14:textId="294ED48D" w:rsidR="007E25DF" w:rsidRPr="00CB32AB" w:rsidRDefault="007E25DF" w:rsidP="00680F92">
      <w:pPr>
        <w:pStyle w:val="Listaszerbekezds"/>
        <w:numPr>
          <w:ilvl w:val="0"/>
          <w:numId w:val="10"/>
        </w:numPr>
        <w:spacing w:before="60" w:after="60" w:line="240" w:lineRule="auto"/>
        <w:ind w:left="284" w:hanging="142"/>
        <w:contextualSpacing w:val="0"/>
        <w:jc w:val="both"/>
        <w:rPr>
          <w:rFonts w:cs="Times New Roman"/>
          <w:lang w:val="hu-HU"/>
        </w:rPr>
      </w:pPr>
      <w:r w:rsidRPr="00CB32AB">
        <w:rPr>
          <w:lang w:val="hu-HU"/>
        </w:rPr>
        <w:t>nincs köztartozásom (vám, jövedék, állami, önkormányzati adó tartozása, állami pénzügyi alapokkal, állami célelőirányzatokkal kapcsolatos köztartozása), valamint nincs Badacsonytördemic Község Önkormányzatától bérelt vagy használt ingatlanra vonatkozó bérleti vagy használati díj tartozásom</w:t>
      </w:r>
    </w:p>
    <w:p w14:paraId="655E1158" w14:textId="635149E5" w:rsidR="00CB32AB" w:rsidRDefault="00A40DD6" w:rsidP="008B0A82">
      <w:pPr>
        <w:spacing w:before="240" w:after="60" w:line="240" w:lineRule="auto"/>
        <w:jc w:val="both"/>
        <w:rPr>
          <w:rFonts w:cs="Times New Roman"/>
          <w:lang w:val="hu-HU"/>
        </w:rPr>
      </w:pPr>
      <w:r w:rsidRPr="00CB32AB">
        <w:rPr>
          <w:rFonts w:cs="Times New Roman"/>
          <w:b/>
          <w:lang w:val="hu-HU"/>
        </w:rPr>
        <w:t>Tudomásul veszem</w:t>
      </w:r>
      <w:r w:rsidR="00CB32AB">
        <w:rPr>
          <w:rFonts w:cs="Times New Roman"/>
          <w:lang w:val="hu-HU"/>
        </w:rPr>
        <w:t>, hogy</w:t>
      </w:r>
    </w:p>
    <w:p w14:paraId="1F306659" w14:textId="77777777" w:rsidR="00DF427A" w:rsidRDefault="001C1646" w:rsidP="00680F92">
      <w:pPr>
        <w:pStyle w:val="Listaszerbekezds"/>
        <w:numPr>
          <w:ilvl w:val="0"/>
          <w:numId w:val="10"/>
        </w:numPr>
        <w:spacing w:before="60" w:after="60" w:line="240" w:lineRule="auto"/>
        <w:ind w:left="284" w:hanging="142"/>
        <w:contextualSpacing w:val="0"/>
        <w:jc w:val="both"/>
        <w:rPr>
          <w:rFonts w:cs="Times New Roman"/>
          <w:lang w:val="hu-HU"/>
        </w:rPr>
      </w:pPr>
      <w:r w:rsidRPr="00CB32AB">
        <w:rPr>
          <w:rFonts w:cs="Times New Roman"/>
          <w:lang w:val="hu-HU"/>
        </w:rPr>
        <w:t xml:space="preserve">Badacsonytördemic Község Önkormányzata </w:t>
      </w:r>
      <w:r w:rsidR="002158F2" w:rsidRPr="00CB32AB">
        <w:rPr>
          <w:rFonts w:cs="Times New Roman"/>
          <w:lang w:val="hu-HU"/>
        </w:rPr>
        <w:t xml:space="preserve">az ingatlan közmű-ellátottsága érdekében </w:t>
      </w:r>
      <w:r w:rsidRPr="00CB32AB">
        <w:rPr>
          <w:rFonts w:cs="Times New Roman"/>
          <w:lang w:val="hu-HU"/>
        </w:rPr>
        <w:t>i</w:t>
      </w:r>
      <w:r w:rsidR="00A40DD6" w:rsidRPr="00CB32AB">
        <w:rPr>
          <w:rFonts w:cs="Times New Roman"/>
          <w:lang w:val="hu-HU"/>
        </w:rPr>
        <w:t>nfrastruktúra-fejlesztés</w:t>
      </w:r>
      <w:r w:rsidR="002158F2" w:rsidRPr="00CB32AB">
        <w:rPr>
          <w:rFonts w:cs="Times New Roman"/>
          <w:lang w:val="hu-HU"/>
        </w:rPr>
        <w:t>i vagy közművesítési kötelezettséget nem vá</w:t>
      </w:r>
      <w:r w:rsidR="00CB32AB">
        <w:rPr>
          <w:rFonts w:cs="Times New Roman"/>
          <w:lang w:val="hu-HU"/>
        </w:rPr>
        <w:t>llal,</w:t>
      </w:r>
    </w:p>
    <w:p w14:paraId="0F203A9D" w14:textId="46690022" w:rsidR="00F75D11" w:rsidRPr="00CB32AB" w:rsidRDefault="007E25DF" w:rsidP="008B0A82">
      <w:pPr>
        <w:spacing w:before="240" w:after="120" w:line="240" w:lineRule="auto"/>
        <w:rPr>
          <w:rFonts w:cs="Times New Roman"/>
          <w:lang w:val="hu-HU" w:eastAsia="hu-HU"/>
        </w:rPr>
      </w:pPr>
      <w:r w:rsidRPr="00CB32AB">
        <w:rPr>
          <w:rFonts w:cs="Times New Roman"/>
          <w:b/>
          <w:lang w:val="hu-HU"/>
        </w:rPr>
        <w:t>H</w:t>
      </w:r>
      <w:r w:rsidRPr="00CB32AB">
        <w:rPr>
          <w:rFonts w:cs="Times New Roman"/>
          <w:b/>
          <w:lang w:val="hu-HU" w:eastAsia="hu-HU"/>
        </w:rPr>
        <w:t>ozzájárulok</w:t>
      </w:r>
      <w:r w:rsidRPr="00CB32AB">
        <w:rPr>
          <w:rFonts w:cs="Times New Roman"/>
          <w:lang w:val="hu-HU" w:eastAsia="hu-HU"/>
        </w:rPr>
        <w:t xml:space="preserve"> a pályázat körében a személyes adataim kezeléséhez</w:t>
      </w:r>
      <w:r w:rsidR="002158F2" w:rsidRPr="00CB32AB">
        <w:rPr>
          <w:rFonts w:cs="Times New Roman"/>
          <w:lang w:val="hu-HU" w:eastAsia="hu-HU"/>
        </w:rPr>
        <w:t>.</w:t>
      </w:r>
    </w:p>
    <w:p w14:paraId="3BA79C7E" w14:textId="77777777" w:rsidR="008B0A82" w:rsidRDefault="008B0A82">
      <w:pPr>
        <w:rPr>
          <w:rFonts w:cs="Times New Roman"/>
        </w:rPr>
      </w:pPr>
    </w:p>
    <w:p w14:paraId="7E2D517D" w14:textId="47059165" w:rsidR="00472788" w:rsidRPr="00D3270D" w:rsidRDefault="00A40DD6">
      <w:pPr>
        <w:rPr>
          <w:rFonts w:cs="Times New Roman"/>
        </w:rPr>
      </w:pPr>
      <w:proofErr w:type="spellStart"/>
      <w:r w:rsidRPr="00D3270D">
        <w:rPr>
          <w:rFonts w:cs="Times New Roman"/>
        </w:rPr>
        <w:t>Kelt</w:t>
      </w:r>
      <w:proofErr w:type="spellEnd"/>
      <w:r w:rsidRPr="00D3270D">
        <w:rPr>
          <w:rFonts w:cs="Times New Roman"/>
        </w:rPr>
        <w:t>: ____________________________</w:t>
      </w:r>
    </w:p>
    <w:p w14:paraId="2B9C28D7" w14:textId="7625E1C7" w:rsidR="00472788" w:rsidRPr="00D3270D" w:rsidRDefault="00A40DD6">
      <w:pPr>
        <w:rPr>
          <w:rFonts w:cs="Times New Roman"/>
        </w:rPr>
      </w:pPr>
      <w:proofErr w:type="spellStart"/>
      <w:r w:rsidRPr="00D3270D">
        <w:rPr>
          <w:rFonts w:cs="Times New Roman"/>
        </w:rPr>
        <w:t>Aláírás</w:t>
      </w:r>
      <w:proofErr w:type="spellEnd"/>
      <w:r w:rsidR="00537CB3">
        <w:rPr>
          <w:rFonts w:cs="Times New Roman"/>
        </w:rPr>
        <w:t>(ok)</w:t>
      </w:r>
      <w:r w:rsidRPr="00D3270D">
        <w:rPr>
          <w:rFonts w:cs="Times New Roman"/>
        </w:rPr>
        <w:t>: _________________________</w:t>
      </w:r>
    </w:p>
    <w:sectPr w:rsidR="00472788" w:rsidRPr="00D3270D" w:rsidSect="00BC049B">
      <w:pgSz w:w="11906" w:h="16838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1D62B3"/>
    <w:multiLevelType w:val="hybridMultilevel"/>
    <w:tmpl w:val="8AD0DC12"/>
    <w:lvl w:ilvl="0" w:tplc="6888B9A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2B2C"/>
    <w:rsid w:val="001C1646"/>
    <w:rsid w:val="002158F2"/>
    <w:rsid w:val="002409CA"/>
    <w:rsid w:val="0029639D"/>
    <w:rsid w:val="00313BB1"/>
    <w:rsid w:val="00326F90"/>
    <w:rsid w:val="003F208C"/>
    <w:rsid w:val="00472788"/>
    <w:rsid w:val="00537CB3"/>
    <w:rsid w:val="005F4E04"/>
    <w:rsid w:val="00680F92"/>
    <w:rsid w:val="007E25DF"/>
    <w:rsid w:val="008B0A82"/>
    <w:rsid w:val="00A40DD6"/>
    <w:rsid w:val="00AA1D8D"/>
    <w:rsid w:val="00AA1E3E"/>
    <w:rsid w:val="00B43B80"/>
    <w:rsid w:val="00B47730"/>
    <w:rsid w:val="00BC049B"/>
    <w:rsid w:val="00C972D3"/>
    <w:rsid w:val="00CB0664"/>
    <w:rsid w:val="00CB32AB"/>
    <w:rsid w:val="00D3270D"/>
    <w:rsid w:val="00DF427A"/>
    <w:rsid w:val="00EF68B2"/>
    <w:rsid w:val="00F13A45"/>
    <w:rsid w:val="00F66B35"/>
    <w:rsid w:val="00F75D1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8568F"/>
  <w14:defaultImageDpi w14:val="300"/>
  <w15:docId w15:val="{A6865637-2EFD-4704-9FAF-70EF94D2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jel">
    <w:name w:val="jel"/>
    <w:basedOn w:val="Bekezdsalapbettpusa"/>
    <w:rsid w:val="007E2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279611-9BEE-4D06-B815-17A40F227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SzalayIstvan</cp:lastModifiedBy>
  <cp:revision>2</cp:revision>
  <cp:lastPrinted>2026-06-01T08:58:00Z</cp:lastPrinted>
  <dcterms:created xsi:type="dcterms:W3CDTF">2026-06-22T14:12:00Z</dcterms:created>
  <dcterms:modified xsi:type="dcterms:W3CDTF">2026-06-22T14:12:00Z</dcterms:modified>
  <cp:category/>
</cp:coreProperties>
</file>